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29C90" w14:textId="0D25FE67" w:rsidR="00763402" w:rsidRPr="00763402" w:rsidRDefault="00A94C82" w:rsidP="00763402">
      <w:pPr>
        <w:spacing w:line="0" w:lineRule="atLeast"/>
        <w:jc w:val="center"/>
        <w:rPr>
          <w:rFonts w:ascii="HGP創英角ｺﾞｼｯｸUB" w:eastAsia="HGP創英角ｺﾞｼｯｸUB" w:hAnsi="HGP創英角ｺﾞｼｯｸUB"/>
          <w:b/>
          <w:bCs/>
          <w:sz w:val="28"/>
          <w:szCs w:val="28"/>
          <w:lang w:eastAsia="ja-JP"/>
        </w:rPr>
      </w:pPr>
      <w:r>
        <w:rPr>
          <w:rFonts w:ascii="HGP創英角ｺﾞｼｯｸUB" w:eastAsia="HGP創英角ｺﾞｼｯｸUB" w:hAnsi="HGP創英角ｺﾞｼｯｸUB" w:hint="eastAsia"/>
          <w:b/>
          <w:bCs/>
          <w:sz w:val="28"/>
          <w:szCs w:val="28"/>
          <w:lang w:eastAsia="ja-JP"/>
        </w:rPr>
        <w:t>NEXT　LEAD～</w:t>
      </w:r>
      <w:r w:rsidR="0059718A" w:rsidRPr="0059718A">
        <w:rPr>
          <w:rFonts w:ascii="HGP創英角ｺﾞｼｯｸUB" w:eastAsia="HGP創英角ｺﾞｼｯｸUB" w:hAnsi="HGP創英角ｺﾞｼｯｸUB"/>
          <w:b/>
          <w:bCs/>
          <w:sz w:val="28"/>
          <w:szCs w:val="28"/>
          <w:lang w:eastAsia="ja-JP"/>
        </w:rPr>
        <w:t>次代をリードする挑戦者育成</w:t>
      </w:r>
      <w:r>
        <w:rPr>
          <w:rFonts w:ascii="HGP創英角ｺﾞｼｯｸUB" w:eastAsia="HGP創英角ｺﾞｼｯｸUB" w:hAnsi="HGP創英角ｺﾞｼｯｸUB" w:hint="eastAsia"/>
          <w:b/>
          <w:bCs/>
          <w:sz w:val="28"/>
          <w:szCs w:val="28"/>
          <w:lang w:eastAsia="ja-JP"/>
        </w:rPr>
        <w:t>プログラム</w:t>
      </w:r>
    </w:p>
    <w:p w14:paraId="2AD49900" w14:textId="4BEE588A" w:rsidR="00EB7954" w:rsidRPr="00763402" w:rsidRDefault="00C54CE9" w:rsidP="00C82817">
      <w:pPr>
        <w:spacing w:line="0" w:lineRule="atLeast"/>
        <w:jc w:val="center"/>
        <w:rPr>
          <w:rFonts w:ascii="HGP創英角ｺﾞｼｯｸUB" w:eastAsia="HGP創英角ｺﾞｼｯｸUB" w:hAnsi="HGP創英角ｺﾞｼｯｸUB"/>
          <w:lang w:eastAsia="ja-JP"/>
        </w:rPr>
      </w:pPr>
      <w:r w:rsidRPr="00763402">
        <w:rPr>
          <w:rFonts w:ascii="HGP創英角ｺﾞｼｯｸUB" w:eastAsia="HGP創英角ｺﾞｼｯｸUB" w:hAnsi="HGP創英角ｺﾞｼｯｸUB"/>
          <w:b/>
          <w:bCs/>
          <w:sz w:val="28"/>
          <w:szCs w:val="28"/>
          <w:lang w:eastAsia="ja-JP"/>
        </w:rPr>
        <w:t>エントリーシート</w:t>
      </w:r>
      <w:r w:rsidR="00C82817" w:rsidRPr="00C82817">
        <w:rPr>
          <w:rFonts w:ascii="HGP創英角ｺﾞｼｯｸUB" w:eastAsia="HGP創英角ｺﾞｼｯｸUB" w:hAnsi="HGP創英角ｺﾞｼｯｸUB"/>
          <w:b/>
          <w:bCs/>
          <w:color w:val="EE0000"/>
          <w:sz w:val="28"/>
          <w:szCs w:val="28"/>
          <w:lang w:eastAsia="ja-JP"/>
        </w:rPr>
        <w:br/>
      </w:r>
    </w:p>
    <w:p w14:paraId="38FE525E" w14:textId="1807D10C" w:rsidR="00EB7954" w:rsidRPr="00763402" w:rsidRDefault="009B1144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 w:rsidRPr="00763402">
        <w:rPr>
          <w:rFonts w:ascii="HGP創英角ｺﾞｼｯｸUB" w:eastAsia="HGP創英角ｺﾞｼｯｸUB" w:hAnsi="HGP創英角ｺﾞｼｯｸUB"/>
          <w:lang w:eastAsia="ja-JP"/>
        </w:rPr>
        <w:t>１．氏名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 xml:space="preserve">　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t>（ふりがな）</w:t>
      </w:r>
    </w:p>
    <w:p w14:paraId="0FAAB0ED" w14:textId="7D53EF14" w:rsidR="00EB7954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>
        <w:rPr>
          <w:rFonts w:ascii="HGP創英角ｺﾞｼｯｸUB" w:eastAsia="HGP創英角ｺﾞｼｯｸUB" w:hAnsi="HGP創英角ｺﾞｼｯｸUB" w:hint="eastAsia"/>
          <w:lang w:eastAsia="ja-JP"/>
        </w:rPr>
        <w:t xml:space="preserve"> 　</w:t>
      </w:r>
    </w:p>
    <w:p w14:paraId="2252203C" w14:textId="6AA92051" w:rsidR="00EB7954" w:rsidRPr="00763402" w:rsidRDefault="009B1144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 w:rsidRPr="00763402">
        <w:rPr>
          <w:rFonts w:ascii="HGP創英角ｺﾞｼｯｸUB" w:eastAsia="HGP創英角ｺﾞｼｯｸUB" w:hAnsi="HGP創英角ｺﾞｼｯｸUB"/>
          <w:lang w:eastAsia="ja-JP"/>
        </w:rPr>
        <w:t>２．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>生年月日：　昭和・平成　　　年　　　　月　　　　日生まれ　（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t xml:space="preserve">年齢　　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 xml:space="preserve">　　　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t>歳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 xml:space="preserve">）　　　　　</w:t>
      </w:r>
    </w:p>
    <w:p w14:paraId="43AB50C0" w14:textId="055A5B03" w:rsidR="00EB7954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>
        <w:rPr>
          <w:rFonts w:ascii="HGP創英角ｺﾞｼｯｸUB" w:eastAsia="HGP創英角ｺﾞｼｯｸUB" w:hAnsi="HGP創英角ｺﾞｼｯｸUB" w:hint="eastAsia"/>
          <w:lang w:eastAsia="ja-JP"/>
        </w:rPr>
        <w:t xml:space="preserve">　　性　　　別：　</w:t>
      </w:r>
      <w:r w:rsidR="00C82817">
        <w:rPr>
          <w:rFonts w:ascii="HGP創英角ｺﾞｼｯｸUB" w:eastAsia="HGP創英角ｺﾞｼｯｸUB" w:hAnsi="HGP創英角ｺﾞｼｯｸUB" w:hint="eastAsia"/>
          <w:lang w:eastAsia="ja-JP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lang w:eastAsia="ja-JP"/>
        </w:rPr>
        <w:t>男性　　・　　女性</w:t>
      </w:r>
    </w:p>
    <w:p w14:paraId="24FBB1B3" w14:textId="77777777" w:rsidR="00763402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6FA52599" w14:textId="5182772D" w:rsidR="00EB7954" w:rsidRDefault="009B1144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 w:rsidRPr="00763402">
        <w:rPr>
          <w:rFonts w:ascii="HGP創英角ｺﾞｼｯｸUB" w:eastAsia="HGP創英角ｺﾞｼｯｸUB" w:hAnsi="HGP創英角ｺﾞｼｯｸUB"/>
        </w:rPr>
        <w:t>３．住所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 xml:space="preserve">　　（〒　　　　　―　　　　　　）</w:t>
      </w:r>
    </w:p>
    <w:p w14:paraId="43BE302B" w14:textId="77777777" w:rsidR="00763402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</w:rPr>
      </w:pPr>
    </w:p>
    <w:p w14:paraId="2DA0508D" w14:textId="77777777" w:rsidR="00EB7954" w:rsidRPr="00763402" w:rsidRDefault="009B1144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 w:rsidRPr="00763402">
        <w:rPr>
          <w:rFonts w:ascii="HGP創英角ｺﾞｼｯｸUB" w:eastAsia="HGP創英角ｺﾞｼｯｸUB" w:hAnsi="HGP創英角ｺﾞｼｯｸUB"/>
        </w:rPr>
        <w:t>４．電話番号（携帯）（固定）</w:t>
      </w:r>
    </w:p>
    <w:p w14:paraId="7A3EEF56" w14:textId="0C7BF1CC" w:rsidR="00EB7954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>
        <w:rPr>
          <w:rFonts w:ascii="HGP創英角ｺﾞｼｯｸUB" w:eastAsia="HGP創英角ｺﾞｼｯｸUB" w:hAnsi="HGP創英角ｺﾞｼｯｸUB" w:hint="eastAsia"/>
          <w:lang w:eastAsia="ja-JP"/>
        </w:rPr>
        <w:t xml:space="preserve">　　（　　　　　　　　　　）　　　　　　　　－　　　　　　　</w:t>
      </w:r>
      <w:r w:rsidR="002D5CDA">
        <w:rPr>
          <w:rFonts w:ascii="HGP創英角ｺﾞｼｯｸUB" w:eastAsia="HGP創英角ｺﾞｼｯｸUB" w:hAnsi="HGP創英角ｺﾞｼｯｸUB"/>
          <w:lang w:eastAsia="ja-JP"/>
        </w:rPr>
        <w:br/>
      </w:r>
    </w:p>
    <w:p w14:paraId="5B70A655" w14:textId="77777777" w:rsidR="00EB7954" w:rsidRPr="00763402" w:rsidRDefault="009B1144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 w:rsidRPr="00763402">
        <w:rPr>
          <w:rFonts w:ascii="HGP創英角ｺﾞｼｯｸUB" w:eastAsia="HGP創英角ｺﾞｼｯｸUB" w:hAnsi="HGP創英角ｺﾞｼｯｸUB"/>
          <w:lang w:eastAsia="ja-JP"/>
        </w:rPr>
        <w:t>５．メールアドレス</w:t>
      </w:r>
    </w:p>
    <w:p w14:paraId="0BAA00E5" w14:textId="00881334" w:rsidR="00EB7954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>
        <w:rPr>
          <w:rFonts w:ascii="HGP創英角ｺﾞｼｯｸUB" w:eastAsia="HGP創英角ｺﾞｼｯｸUB" w:hAnsi="HGP創英角ｺﾞｼｯｸUB" w:hint="eastAsia"/>
          <w:lang w:eastAsia="ja-JP"/>
        </w:rPr>
        <w:t xml:space="preserve">　　　　　　　　　　　　　　　　　　　　　　　</w:t>
      </w:r>
    </w:p>
    <w:p w14:paraId="13F107E4" w14:textId="77777777" w:rsidR="00EB7954" w:rsidRPr="00763402" w:rsidRDefault="009B1144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 w:rsidRPr="00763402">
        <w:rPr>
          <w:rFonts w:ascii="HGP創英角ｺﾞｼｯｸUB" w:eastAsia="HGP創英角ｺﾞｼｯｸUB" w:hAnsi="HGP創英角ｺﾞｼｯｸUB"/>
          <w:lang w:eastAsia="ja-JP"/>
        </w:rPr>
        <w:t>６．所属（学校・勤務先など）</w:t>
      </w:r>
    </w:p>
    <w:p w14:paraId="20C8803C" w14:textId="047EA8D9" w:rsidR="00EB7954" w:rsidRPr="00763402" w:rsidRDefault="00EB7954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083BAE8D" w14:textId="13417954" w:rsidR="00763402" w:rsidRPr="00763402" w:rsidRDefault="009B1144" w:rsidP="00C82817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 w:rsidRPr="00763402">
        <w:rPr>
          <w:rFonts w:ascii="HGP創英角ｺﾞｼｯｸUB" w:eastAsia="HGP創英角ｺﾞｼｯｸUB" w:hAnsi="HGP創英角ｺﾞｼｯｸUB"/>
          <w:lang w:eastAsia="ja-JP"/>
        </w:rPr>
        <w:t>７．現在の状況（該当するものに✓）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br/>
        <w:t xml:space="preserve">　□ 起業を</w:t>
      </w:r>
      <w:r w:rsidR="00A94C82">
        <w:rPr>
          <w:rFonts w:ascii="HGP創英角ｺﾞｼｯｸUB" w:eastAsia="HGP創英角ｺﾞｼｯｸUB" w:hAnsi="HGP創英角ｺﾞｼｯｸUB" w:hint="eastAsia"/>
          <w:lang w:eastAsia="ja-JP"/>
        </w:rPr>
        <w:t>目指している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br/>
        <w:t xml:space="preserve">　□ 起業して間もない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>（概ね</w:t>
      </w:r>
      <w:r w:rsidR="00A94C82">
        <w:rPr>
          <w:rFonts w:ascii="HGP創英角ｺﾞｼｯｸUB" w:eastAsia="HGP創英角ｺﾞｼｯｸUB" w:hAnsi="HGP創英角ｺﾞｼｯｸUB" w:hint="eastAsia"/>
          <w:lang w:eastAsia="ja-JP"/>
        </w:rPr>
        <w:t>3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>年以内）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br/>
        <w:t xml:space="preserve">　□ </w:t>
      </w:r>
      <w:r w:rsidR="00C82817">
        <w:rPr>
          <w:rFonts w:ascii="HGP創英角ｺﾞｼｯｸUB" w:eastAsia="HGP創英角ｺﾞｼｯｸUB" w:hAnsi="HGP創英角ｺﾞｼｯｸUB" w:hint="eastAsia"/>
          <w:lang w:eastAsia="ja-JP"/>
        </w:rPr>
        <w:t>既に事業経営を行っている</w:t>
      </w:r>
      <w:r w:rsidR="00C82817">
        <w:rPr>
          <w:rFonts w:ascii="HGP創英角ｺﾞｼｯｸUB" w:eastAsia="HGP創英角ｺﾞｼｯｸUB" w:hAnsi="HGP創英角ｺﾞｼｯｸUB"/>
          <w:lang w:eastAsia="ja-JP"/>
        </w:rPr>
        <w:br/>
      </w:r>
      <w:r w:rsidR="00C82817">
        <w:rPr>
          <w:rFonts w:ascii="HGP創英角ｺﾞｼｯｸUB" w:eastAsia="HGP創英角ｺﾞｼｯｸUB" w:hAnsi="HGP創英角ｺﾞｼｯｸUB" w:hint="eastAsia"/>
          <w:lang w:eastAsia="ja-JP"/>
        </w:rPr>
        <w:t xml:space="preserve">　□ 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t>事業</w:t>
      </w:r>
      <w:r w:rsidR="00A94C82">
        <w:rPr>
          <w:rFonts w:ascii="HGP創英角ｺﾞｼｯｸUB" w:eastAsia="HGP創英角ｺﾞｼｯｸUB" w:hAnsi="HGP創英角ｺﾞｼｯｸUB" w:hint="eastAsia"/>
          <w:lang w:eastAsia="ja-JP"/>
        </w:rPr>
        <w:t>引継ぎを検討している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br/>
        <w:t xml:space="preserve">　□ 事業承継して間もない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>（概ね</w:t>
      </w:r>
      <w:r w:rsidR="00A94C82">
        <w:rPr>
          <w:rFonts w:ascii="HGP創英角ｺﾞｼｯｸUB" w:eastAsia="HGP創英角ｺﾞｼｯｸUB" w:hAnsi="HGP創英角ｺﾞｼｯｸUB" w:hint="eastAsia"/>
          <w:lang w:eastAsia="ja-JP"/>
        </w:rPr>
        <w:t>3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>年以内）</w:t>
      </w:r>
      <w:r w:rsidR="00C82817">
        <w:rPr>
          <w:rFonts w:ascii="HGP創英角ｺﾞｼｯｸUB" w:eastAsia="HGP創英角ｺﾞｼｯｸUB" w:hAnsi="HGP創英角ｺﾞｼｯｸUB"/>
          <w:lang w:eastAsia="ja-JP"/>
        </w:rPr>
        <w:br/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 xml:space="preserve">　□ その他（　　　　　　　　　　　　　　</w:t>
      </w:r>
      <w:r w:rsidR="00A94C82">
        <w:rPr>
          <w:rFonts w:ascii="HGP創英角ｺﾞｼｯｸUB" w:eastAsia="HGP創英角ｺﾞｼｯｸUB" w:hAnsi="HGP創英角ｺﾞｼｯｸUB" w:hint="eastAsia"/>
          <w:lang w:eastAsia="ja-JP"/>
        </w:rPr>
        <w:t xml:space="preserve">　　　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 xml:space="preserve">　　）</w:t>
      </w:r>
    </w:p>
    <w:p w14:paraId="4798B403" w14:textId="51D844E9" w:rsidR="00A94C82" w:rsidRPr="00763402" w:rsidRDefault="00A94C8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6C3DDC86" w14:textId="1C5CE021" w:rsidR="00763402" w:rsidRPr="00763402" w:rsidRDefault="00C82817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>
        <w:rPr>
          <w:rFonts w:ascii="HGP創英角ｺﾞｼｯｸUB" w:eastAsia="HGP創英角ｺﾞｼｯｸUB" w:hAnsi="HGP創英角ｺﾞｼｯｸUB" w:hint="eastAsia"/>
          <w:lang w:eastAsia="ja-JP"/>
        </w:rPr>
        <w:t>８</w:t>
      </w:r>
      <w:r w:rsidR="009B1144" w:rsidRPr="00763402">
        <w:rPr>
          <w:rFonts w:ascii="HGP創英角ｺﾞｼｯｸUB" w:eastAsia="HGP創英角ｺﾞｼｯｸUB" w:hAnsi="HGP創英角ｺﾞｼｯｸUB"/>
          <w:lang w:eastAsia="ja-JP"/>
        </w:rPr>
        <w:t>．応募動機・自己PR（400字程度）</w:t>
      </w:r>
      <w:r w:rsidR="009B1144" w:rsidRPr="00763402">
        <w:rPr>
          <w:rFonts w:ascii="HGP創英角ｺﾞｼｯｸUB" w:eastAsia="HGP創英角ｺﾞｼｯｸUB" w:hAnsi="HGP創英角ｺﾞｼｯｸUB"/>
          <w:lang w:eastAsia="ja-JP"/>
        </w:rPr>
        <w:br/>
      </w:r>
    </w:p>
    <w:p w14:paraId="277F9A03" w14:textId="77777777" w:rsidR="00763402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018617CF" w14:textId="77777777" w:rsidR="00763402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62A57B8E" w14:textId="77777777" w:rsidR="00EB7954" w:rsidRDefault="00EB7954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69E8C3E9" w14:textId="77777777" w:rsidR="00C82817" w:rsidRDefault="00C82817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11C4F924" w14:textId="77777777" w:rsidR="00C82817" w:rsidRDefault="00C82817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482E61D5" w14:textId="77777777" w:rsidR="00C82817" w:rsidRPr="00763402" w:rsidRDefault="00C82817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308C27AE" w14:textId="03F07A96" w:rsidR="00763402" w:rsidRPr="00763402" w:rsidRDefault="00C82817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>
        <w:rPr>
          <w:rFonts w:ascii="HGP創英角ｺﾞｼｯｸUB" w:eastAsia="HGP創英角ｺﾞｼｯｸUB" w:hAnsi="HGP創英角ｺﾞｼｯｸUB" w:hint="eastAsia"/>
          <w:lang w:eastAsia="ja-JP"/>
        </w:rPr>
        <w:lastRenderedPageBreak/>
        <w:t>9</w:t>
      </w:r>
      <w:r w:rsidR="009B1144" w:rsidRPr="00763402">
        <w:rPr>
          <w:rFonts w:ascii="HGP創英角ｺﾞｼｯｸUB" w:eastAsia="HGP創英角ｺﾞｼｯｸUB" w:hAnsi="HGP創英角ｺﾞｼｯｸUB"/>
          <w:lang w:eastAsia="ja-JP"/>
        </w:rPr>
        <w:t>．今後のビジネス・キャリアの展望（</w:t>
      </w:r>
      <w:r>
        <w:rPr>
          <w:rFonts w:ascii="HGP創英角ｺﾞｼｯｸUB" w:eastAsia="HGP創英角ｺﾞｼｯｸUB" w:hAnsi="HGP創英角ｺﾞｼｯｸUB" w:hint="eastAsia"/>
          <w:lang w:eastAsia="ja-JP"/>
        </w:rPr>
        <w:t>4</w:t>
      </w:r>
      <w:r w:rsidR="009B1144" w:rsidRPr="00763402">
        <w:rPr>
          <w:rFonts w:ascii="HGP創英角ｺﾞｼｯｸUB" w:eastAsia="HGP創英角ｺﾞｼｯｸUB" w:hAnsi="HGP創英角ｺﾞｼｯｸUB"/>
          <w:lang w:eastAsia="ja-JP"/>
        </w:rPr>
        <w:t>00字程度）</w:t>
      </w:r>
      <w:r w:rsidR="009B1144" w:rsidRPr="00763402">
        <w:rPr>
          <w:rFonts w:ascii="HGP創英角ｺﾞｼｯｸUB" w:eastAsia="HGP創英角ｺﾞｼｯｸUB" w:hAnsi="HGP創英角ｺﾞｼｯｸUB"/>
          <w:lang w:eastAsia="ja-JP"/>
        </w:rPr>
        <w:br/>
      </w:r>
    </w:p>
    <w:p w14:paraId="6DB82D98" w14:textId="77777777" w:rsid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59BF654A" w14:textId="77777777" w:rsidR="00C82817" w:rsidRDefault="00C82817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1F523364" w14:textId="77777777" w:rsidR="00C82817" w:rsidRPr="00C82817" w:rsidRDefault="00C82817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745030E2" w14:textId="77777777" w:rsidR="00763402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459002A2" w14:textId="77777777" w:rsidR="00763402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683D267B" w14:textId="77777777" w:rsidR="00763402" w:rsidRPr="00763402" w:rsidRDefault="00763402" w:rsidP="00763402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</w:p>
    <w:p w14:paraId="363B9191" w14:textId="75F8FA19" w:rsidR="00EB7954" w:rsidRPr="00763402" w:rsidRDefault="009B1144" w:rsidP="002D5CDA">
      <w:pPr>
        <w:spacing w:line="0" w:lineRule="atLeast"/>
        <w:rPr>
          <w:rFonts w:ascii="HGP創英角ｺﾞｼｯｸUB" w:eastAsia="HGP創英角ｺﾞｼｯｸUB" w:hAnsi="HGP創英角ｺﾞｼｯｸUB"/>
          <w:lang w:eastAsia="ja-JP"/>
        </w:rPr>
      </w:pPr>
      <w:r w:rsidRPr="00763402">
        <w:rPr>
          <w:rFonts w:ascii="HGP創英角ｺﾞｼｯｸUB" w:eastAsia="HGP創英角ｺﾞｼｯｸUB" w:hAnsi="HGP創英角ｺﾞｼｯｸUB"/>
          <w:lang w:eastAsia="ja-JP"/>
        </w:rPr>
        <w:t>【個人情報の取扱いについて】</w:t>
      </w:r>
      <w:r w:rsidR="002D5CDA">
        <w:rPr>
          <w:rFonts w:ascii="HGP創英角ｺﾞｼｯｸUB" w:eastAsia="HGP創英角ｺﾞｼｯｸUB" w:hAnsi="HGP創英角ｺﾞｼｯｸUB"/>
          <w:lang w:eastAsia="ja-JP"/>
        </w:rPr>
        <w:br/>
      </w:r>
      <w:r w:rsidRPr="00763402">
        <w:rPr>
          <w:rFonts w:ascii="HGP創英角ｺﾞｼｯｸUB" w:eastAsia="HGP創英角ｺﾞｼｯｸUB" w:hAnsi="HGP創英角ｺﾞｼｯｸUB"/>
          <w:lang w:eastAsia="ja-JP"/>
        </w:rPr>
        <w:t>本シートにご記入いただいた個人情報は、「</w:t>
      </w:r>
      <w:r w:rsidR="0025496A">
        <w:rPr>
          <w:rFonts w:ascii="HGP創英角ｺﾞｼｯｸUB" w:eastAsia="HGP創英角ｺﾞｼｯｸUB" w:hAnsi="HGP創英角ｺﾞｼｯｸUB" w:hint="eastAsia"/>
          <w:lang w:eastAsia="ja-JP"/>
        </w:rPr>
        <w:t>NEXT LEAD</w:t>
      </w:r>
      <w:r w:rsidR="0059718A">
        <w:rPr>
          <w:rFonts w:ascii="HGP創英角ｺﾞｼｯｸUB" w:eastAsia="HGP創英角ｺﾞｼｯｸUB" w:hAnsi="HGP創英角ｺﾞｼｯｸUB" w:hint="eastAsia"/>
          <w:lang w:eastAsia="ja-JP"/>
        </w:rPr>
        <w:t>～</w:t>
      </w:r>
      <w:r w:rsidR="0059718A" w:rsidRPr="0059718A">
        <w:rPr>
          <w:rFonts w:ascii="HGP創英角ｺﾞｼｯｸUB" w:eastAsia="HGP創英角ｺﾞｼｯｸUB" w:hAnsi="HGP創英角ｺﾞｼｯｸUB"/>
          <w:lang w:eastAsia="ja-JP"/>
        </w:rPr>
        <w:t>次代をリードする挑戦者育成プログラム</w:t>
      </w:r>
      <w:r w:rsidRPr="0059718A">
        <w:rPr>
          <w:rFonts w:ascii="HGP創英角ｺﾞｼｯｸUB" w:eastAsia="HGP創英角ｺﾞｼｯｸUB" w:hAnsi="HGP創英角ｺﾞｼｯｸUB"/>
          <w:lang w:eastAsia="ja-JP"/>
        </w:rPr>
        <w:t>」運営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t>（選考・連絡・事務手続き等）以外の目的には使用いたしません。</w:t>
      </w:r>
    </w:p>
    <w:p w14:paraId="5370F891" w14:textId="31DAB8CB" w:rsidR="00EB7954" w:rsidRPr="002D5CDA" w:rsidRDefault="009B1144" w:rsidP="00763402">
      <w:pPr>
        <w:spacing w:line="0" w:lineRule="atLeast"/>
        <w:rPr>
          <w:rFonts w:ascii="HGP創英角ｺﾞｼｯｸUB" w:eastAsia="HGP創英角ｺﾞｼｯｸUB" w:hAnsi="HGP創英角ｺﾞｼｯｸUB"/>
          <w:b/>
          <w:bCs/>
          <w:color w:val="EE0000"/>
          <w:lang w:eastAsia="ja-JP"/>
        </w:rPr>
      </w:pPr>
      <w:r w:rsidRPr="00763402">
        <w:rPr>
          <w:rFonts w:ascii="HGP創英角ｺﾞｼｯｸUB" w:eastAsia="HGP創英角ｺﾞｼｯｸUB" w:hAnsi="HGP創英角ｺﾞｼｯｸUB"/>
          <w:lang w:eastAsia="ja-JP"/>
        </w:rPr>
        <w:br/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>■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t>提出先・お問い合わせ</w:t>
      </w:r>
      <w:r w:rsidR="00763402" w:rsidRPr="00763402">
        <w:rPr>
          <w:rFonts w:ascii="HGP創英角ｺﾞｼｯｸUB" w:eastAsia="HGP創英角ｺﾞｼｯｸUB" w:hAnsi="HGP創英角ｺﾞｼｯｸUB" w:hint="eastAsia"/>
          <w:b/>
          <w:bCs/>
          <w:color w:val="EE0000"/>
          <w:lang w:eastAsia="ja-JP"/>
        </w:rPr>
        <w:t xml:space="preserve">　（※エントリー締切　令和</w:t>
      </w:r>
      <w:r w:rsidR="0025496A">
        <w:rPr>
          <w:rFonts w:ascii="HGP創英角ｺﾞｼｯｸUB" w:eastAsia="HGP創英角ｺﾞｼｯｸUB" w:hAnsi="HGP創英角ｺﾞｼｯｸUB" w:hint="eastAsia"/>
          <w:b/>
          <w:bCs/>
          <w:color w:val="EE0000"/>
          <w:lang w:eastAsia="ja-JP"/>
        </w:rPr>
        <w:t>８</w:t>
      </w:r>
      <w:r w:rsidR="00763402" w:rsidRPr="00763402">
        <w:rPr>
          <w:rFonts w:ascii="HGP創英角ｺﾞｼｯｸUB" w:eastAsia="HGP創英角ｺﾞｼｯｸUB" w:hAnsi="HGP創英角ｺﾞｼｯｸUB" w:hint="eastAsia"/>
          <w:b/>
          <w:bCs/>
          <w:color w:val="EE0000"/>
          <w:lang w:eastAsia="ja-JP"/>
        </w:rPr>
        <w:t>年</w:t>
      </w:r>
      <w:r w:rsidR="0025496A">
        <w:rPr>
          <w:rFonts w:ascii="HGP創英角ｺﾞｼｯｸUB" w:eastAsia="HGP創英角ｺﾞｼｯｸUB" w:hAnsi="HGP創英角ｺﾞｼｯｸUB" w:hint="eastAsia"/>
          <w:b/>
          <w:bCs/>
          <w:color w:val="EE0000"/>
          <w:lang w:eastAsia="ja-JP"/>
        </w:rPr>
        <w:t>8</w:t>
      </w:r>
      <w:r w:rsidR="00763402" w:rsidRPr="00763402">
        <w:rPr>
          <w:rFonts w:ascii="HGP創英角ｺﾞｼｯｸUB" w:eastAsia="HGP創英角ｺﾞｼｯｸUB" w:hAnsi="HGP創英角ｺﾞｼｯｸUB" w:hint="eastAsia"/>
          <w:b/>
          <w:bCs/>
          <w:color w:val="EE0000"/>
          <w:lang w:eastAsia="ja-JP"/>
        </w:rPr>
        <w:t>月25日（火）必着）</w:t>
      </w:r>
      <w:r w:rsidR="002D5CDA">
        <w:rPr>
          <w:rFonts w:ascii="HGP創英角ｺﾞｼｯｸUB" w:eastAsia="HGP創英角ｺﾞｼｯｸUB" w:hAnsi="HGP創英角ｺﾞｼｯｸUB"/>
          <w:b/>
          <w:bCs/>
          <w:color w:val="EE0000"/>
          <w:lang w:eastAsia="ja-JP"/>
        </w:rPr>
        <w:br/>
      </w:r>
      <w:r w:rsidR="002D5CDA">
        <w:rPr>
          <w:rFonts w:ascii="HGP創英角ｺﾞｼｯｸUB" w:eastAsia="HGP創英角ｺﾞｼｯｸUB" w:hAnsi="HGP創英角ｺﾞｼｯｸUB" w:hint="eastAsia"/>
          <w:lang w:eastAsia="ja-JP"/>
        </w:rPr>
        <w:t xml:space="preserve">　　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t>宮崎商工会議所</w:t>
      </w:r>
      <w:r w:rsidR="00763402">
        <w:rPr>
          <w:rFonts w:ascii="HGP創英角ｺﾞｼｯｸUB" w:eastAsia="HGP創英角ｺﾞｼｯｸUB" w:hAnsi="HGP創英角ｺﾞｼｯｸUB" w:hint="eastAsia"/>
          <w:lang w:eastAsia="ja-JP"/>
        </w:rPr>
        <w:t xml:space="preserve">　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t>（担当：時任・</w:t>
      </w:r>
      <w:r w:rsidR="0025496A">
        <w:rPr>
          <w:rFonts w:ascii="HGP創英角ｺﾞｼｯｸUB" w:eastAsia="HGP創英角ｺﾞｼｯｸUB" w:hAnsi="HGP創英角ｺﾞｼｯｸUB" w:hint="eastAsia"/>
          <w:lang w:eastAsia="ja-JP"/>
        </w:rPr>
        <w:t>宮戸・橋口</w:t>
      </w:r>
      <w:r w:rsidRPr="00763402">
        <w:rPr>
          <w:rFonts w:ascii="HGP創英角ｺﾞｼｯｸUB" w:eastAsia="HGP創英角ｺﾞｼｯｸUB" w:hAnsi="HGP創英角ｺﾞｼｯｸUB"/>
          <w:lang w:eastAsia="ja-JP"/>
        </w:rPr>
        <w:t>）</w:t>
      </w:r>
      <w:r w:rsidR="002D5CDA">
        <w:rPr>
          <w:rFonts w:ascii="HGP創英角ｺﾞｼｯｸUB" w:eastAsia="HGP創英角ｺﾞｼｯｸUB" w:hAnsi="HGP創英角ｺﾞｼｯｸUB"/>
          <w:lang w:eastAsia="ja-JP"/>
        </w:rPr>
        <w:br/>
      </w:r>
      <w:r w:rsidR="002D5CDA">
        <w:rPr>
          <w:rFonts w:ascii="HGP創英角ｺﾞｼｯｸUB" w:eastAsia="HGP創英角ｺﾞｼｯｸUB" w:hAnsi="HGP創英角ｺﾞｼｯｸUB" w:hint="eastAsia"/>
          <w:lang w:eastAsia="ja-JP"/>
        </w:rPr>
        <w:t xml:space="preserve">　　　</w:t>
      </w:r>
      <w:r w:rsidRPr="00763402">
        <w:rPr>
          <w:rFonts w:ascii="HGP創英角ｺﾞｼｯｸUB" w:eastAsia="HGP創英角ｺﾞｼｯｸUB" w:hAnsi="HGP創英角ｺﾞｼｯｸUB"/>
        </w:rPr>
        <w:t>TEL：0985-22-2161　／　Mail：mcci@miyazaki-cci.or.jp</w:t>
      </w:r>
    </w:p>
    <w:sectPr w:rsidR="00EB7954" w:rsidRPr="002D5CDA" w:rsidSect="00D54D6E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4EF9" w14:textId="77777777" w:rsidR="006756A2" w:rsidRDefault="006756A2" w:rsidP="001A34C5">
      <w:pPr>
        <w:spacing w:after="0" w:line="240" w:lineRule="auto"/>
      </w:pPr>
      <w:r>
        <w:separator/>
      </w:r>
    </w:p>
  </w:endnote>
  <w:endnote w:type="continuationSeparator" w:id="0">
    <w:p w14:paraId="51F8DFB3" w14:textId="77777777" w:rsidR="006756A2" w:rsidRDefault="006756A2" w:rsidP="001A3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81B98" w14:textId="77777777" w:rsidR="006756A2" w:rsidRDefault="006756A2" w:rsidP="001A34C5">
      <w:pPr>
        <w:spacing w:after="0" w:line="240" w:lineRule="auto"/>
      </w:pPr>
      <w:r>
        <w:separator/>
      </w:r>
    </w:p>
  </w:footnote>
  <w:footnote w:type="continuationSeparator" w:id="0">
    <w:p w14:paraId="4AA0172A" w14:textId="77777777" w:rsidR="006756A2" w:rsidRDefault="006756A2" w:rsidP="001A3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5718491">
    <w:abstractNumId w:val="8"/>
  </w:num>
  <w:num w:numId="2" w16cid:durableId="371539833">
    <w:abstractNumId w:val="6"/>
  </w:num>
  <w:num w:numId="3" w16cid:durableId="2018654320">
    <w:abstractNumId w:val="5"/>
  </w:num>
  <w:num w:numId="4" w16cid:durableId="962227047">
    <w:abstractNumId w:val="4"/>
  </w:num>
  <w:num w:numId="5" w16cid:durableId="1736539529">
    <w:abstractNumId w:val="7"/>
  </w:num>
  <w:num w:numId="6" w16cid:durableId="1172381258">
    <w:abstractNumId w:val="3"/>
  </w:num>
  <w:num w:numId="7" w16cid:durableId="1577782477">
    <w:abstractNumId w:val="2"/>
  </w:num>
  <w:num w:numId="8" w16cid:durableId="1299921868">
    <w:abstractNumId w:val="1"/>
  </w:num>
  <w:num w:numId="9" w16cid:durableId="2773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43B"/>
    <w:rsid w:val="0006063C"/>
    <w:rsid w:val="0015074B"/>
    <w:rsid w:val="00153F95"/>
    <w:rsid w:val="001A34C5"/>
    <w:rsid w:val="0025496A"/>
    <w:rsid w:val="0029639D"/>
    <w:rsid w:val="002A42FE"/>
    <w:rsid w:val="002C031F"/>
    <w:rsid w:val="002D5CDA"/>
    <w:rsid w:val="00326F90"/>
    <w:rsid w:val="003B025D"/>
    <w:rsid w:val="003E4BCE"/>
    <w:rsid w:val="004B6488"/>
    <w:rsid w:val="00583E54"/>
    <w:rsid w:val="0059718A"/>
    <w:rsid w:val="006209D8"/>
    <w:rsid w:val="006635E8"/>
    <w:rsid w:val="006756A2"/>
    <w:rsid w:val="006B1E4E"/>
    <w:rsid w:val="00763402"/>
    <w:rsid w:val="0089288D"/>
    <w:rsid w:val="009B1144"/>
    <w:rsid w:val="00A4059D"/>
    <w:rsid w:val="00A94C82"/>
    <w:rsid w:val="00A96948"/>
    <w:rsid w:val="00AA1D8D"/>
    <w:rsid w:val="00B32CAD"/>
    <w:rsid w:val="00B47730"/>
    <w:rsid w:val="00BF5110"/>
    <w:rsid w:val="00C54CE9"/>
    <w:rsid w:val="00C82817"/>
    <w:rsid w:val="00CB0664"/>
    <w:rsid w:val="00CE455F"/>
    <w:rsid w:val="00D54D6E"/>
    <w:rsid w:val="00D679EE"/>
    <w:rsid w:val="00D80CE2"/>
    <w:rsid w:val="00E13187"/>
    <w:rsid w:val="00E834FB"/>
    <w:rsid w:val="00EB7954"/>
    <w:rsid w:val="00F84A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F8246"/>
  <w14:defaultImageDpi w14:val="300"/>
  <w15:docId w15:val="{83BFA8F1-4ED2-4155-8EDE-EAEB8841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時任 将彦</cp:lastModifiedBy>
  <cp:revision>6</cp:revision>
  <cp:lastPrinted>2026-05-19T01:46:00Z</cp:lastPrinted>
  <dcterms:created xsi:type="dcterms:W3CDTF">2026-06-30T06:27:00Z</dcterms:created>
  <dcterms:modified xsi:type="dcterms:W3CDTF">2026-07-16T23:42:00Z</dcterms:modified>
  <cp:category/>
</cp:coreProperties>
</file>